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 conference media kit template</w:t>
      </w:r>
    </w:p>
    <w:p>
      <w:r>
        <w:t>Instructions: replace [square-bracket placeholders], remove this note before sending, and confirm every date, quote, image and permission with its owner.</w:t>
      </w:r>
    </w:p>
    <w:p>
      <w:pPr>
        <w:pStyle w:val="Heading1"/>
      </w:pPr>
      <w:r>
        <w:t>1. Release approval record</w:t>
      </w:r>
    </w:p>
    <w:p>
      <w:r>
        <w:t>Document version: [v1 / date]; approved by: [name, role]; release time and time zone: [confirmed]; source links: [URLs].</w:t>
      </w:r>
    </w:p>
    <w:p>
      <w:r>
        <w:t>Embargo: [none OR explicit conditions approved by organiser]. Photo and quotation permissions: [records].</w:t>
      </w:r>
    </w:p>
    <w:p>
      <w:pPr>
        <w:pStyle w:val="Heading1"/>
      </w:pPr>
      <w:r>
        <w:t>2. Press release</w:t>
      </w:r>
    </w:p>
    <w:p>
      <w:r>
        <w:t>FOR RELEASE: [approved date and time]. [Headline stating a verified change].</w:t>
      </w:r>
    </w:p>
    <w:p>
      <w:r>
        <w:t>[City, date] - [Organisation] today [verified announcement], affecting [audience] because [evidence-based reason].</w:t>
      </w:r>
    </w:p>
    <w:p>
      <w:r>
        <w:t>[Supporting facts with sources, denominators, dates and limits].</w:t>
      </w:r>
    </w:p>
    <w:p>
      <w:r>
        <w:t>"[Approved quotation]" - [full name and title; verify attribution].</w:t>
      </w:r>
    </w:p>
    <w:p>
      <w:r>
        <w:t>Further details: [official source links]. About [organisation]: [checked description]. Media contact: [name, email, phone].</w:t>
      </w:r>
    </w:p>
    <w:p>
      <w:pPr>
        <w:pStyle w:val="Heading1"/>
      </w:pPr>
      <w:r>
        <w:t>3. Organisation fact sheet</w:t>
      </w:r>
    </w:p>
    <w:p>
      <w:r>
        <w:t>Legal organisation name, website and address: [verify].</w:t>
      </w:r>
    </w:p>
    <w:p>
      <w:r>
        <w:t>Key dates, services and numbers: [figure, as-of date, source and scope for each].</w:t>
      </w:r>
    </w:p>
    <w:p>
      <w:r>
        <w:t>Corrections or updates contact: [named person].</w:t>
      </w:r>
    </w:p>
    <w:p>
      <w:pPr>
        <w:pStyle w:val="Heading1"/>
      </w:pPr>
      <w:r>
        <w:t>4. Speakers</w:t>
      </w:r>
    </w:p>
    <w:p>
      <w:r>
        <w:t>Speaker: [full name, pronunciation, current title, short approved biography].</w:t>
      </w:r>
    </w:p>
    <w:p>
      <w:r>
        <w:t>Topics this speaker can address: [scope]; unavailable questions: [route to expert].</w:t>
      </w:r>
    </w:p>
    <w:p>
      <w:pPr>
        <w:pStyle w:val="Heading1"/>
      </w:pPr>
      <w:r>
        <w:t>5. Event information</w:t>
      </w:r>
    </w:p>
    <w:p>
      <w:r>
        <w:t>Confirmed date, time zone, venue or remote URL: [details].</w:t>
      </w:r>
    </w:p>
    <w:p>
      <w:r>
        <w:t>Access, accreditation, step-free entry, technical contact and on-site media contact: [details].</w:t>
      </w:r>
    </w:p>
    <w:p>
      <w:r>
        <w:t>Approved images, captions, credit line and usage rights: [file and licence references].</w:t>
      </w:r>
    </w:p>
    <w:p>
      <w:r>
        <w:t>Editorial decisions remain with journalists and publishers; distribution does not guarantee coverage.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Blank template. Replace placeholders, check facts and approve before distribution. pressconference.co.in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PRS INTERNATIONAL  |  PRESS CONFERENCE WORKSHEETS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