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Press conference invitation email templates</w:t>
      </w:r>
    </w:p>
    <w:p>
      <w:r>
        <w:t>Instructions: replace [square-bracket placeholders], remove this note before sending, and confirm every date, quote, image and permission with its owner.</w:t>
      </w:r>
    </w:p>
    <w:p>
      <w:pPr>
        <w:pStyle w:val="Heading1"/>
      </w:pPr>
      <w:r>
        <w:t>Corporate announcement</w:t>
      </w:r>
    </w:p>
    <w:p>
      <w:r>
        <w:t>To: [individual reporter or appropriate editorial desk]</w:t>
      </w:r>
    </w:p>
    <w:p>
      <w:r>
        <w:t>Subject: [Organisation] announces [verified change] - briefing [date]</w:t>
      </w:r>
    </w:p>
    <w:p>
      <w:r>
        <w:t>Hello [name],</w:t>
      </w:r>
    </w:p>
    <w:p>
      <w:r>
        <w:t>[Organisation] will explain [specific change and whom it affects] and make [authorised speaker] available for questions.</w:t>
      </w:r>
    </w:p>
    <w:p>
      <w:r>
        <w:t>When: [date, time, time zone and expected duration]. Where: [confirmed venue, full address, accessible entrance OR confirmed remote joining instructions].</w:t>
      </w:r>
    </w:p>
    <w:p>
      <w:r>
        <w:t>Speakers: [confirmed names and roles]. Why this fits your beat: [specific local or sector relevance].</w:t>
      </w:r>
    </w:p>
    <w:p>
      <w:r>
        <w:t>Disclosure or embargo conditions: [approved wording and time, if applicable]. Supporting document: [link to approved record].</w:t>
      </w:r>
    </w:p>
    <w:p>
      <w:r>
        <w:t>Please let [named media contact, email and phone] know if you would like to attend, need access support, or prefer not to receive further messages about this event. RSVP by [date].</w:t>
      </w:r>
    </w:p>
    <w:p>
      <w:r>
        <w:t>Regards, [name, title, organisation]</w:t>
      </w:r>
    </w:p>
    <w:p>
      <w:r>
        <w:t>Approval check: Clear any market-sensitive disclosure before sending; an invitation is not a publication commitment.</w:t>
      </w:r>
    </w:p>
    <w:p>
      <w:r>
        <w:br w:type="page"/>
      </w:r>
    </w:p>
    <w:p>
      <w:pPr>
        <w:pStyle w:val="Heading1"/>
      </w:pPr>
      <w:r>
        <w:t>Product launch</w:t>
      </w:r>
    </w:p>
    <w:p>
      <w:r>
        <w:t>To: [individual reporter or appropriate editorial desk]</w:t>
      </w:r>
    </w:p>
    <w:p>
      <w:r>
        <w:t>Subject: Media demonstration: [product] for [audience] - [date]</w:t>
      </w:r>
    </w:p>
    <w:p>
      <w:r>
        <w:t>Hello [name],</w:t>
      </w:r>
    </w:p>
    <w:p>
      <w:r>
        <w:t>[Organisation] will demonstrate [what the product does] and discuss [verified difference and availability].</w:t>
      </w:r>
    </w:p>
    <w:p>
      <w:r>
        <w:t>When: [date, time, time zone and expected duration]. Where: [confirmed venue, full address, accessible entrance OR confirmed remote joining instructions].</w:t>
      </w:r>
    </w:p>
    <w:p>
      <w:r>
        <w:t>Speakers: [confirmed names and roles]. Why this fits your beat: [specific local or sector relevance].</w:t>
      </w:r>
    </w:p>
    <w:p>
      <w:r>
        <w:t>Demonstration format: [hands-on / filmed / presentation]. Technical speaker: [name, title]. Image or sample rights: [details].</w:t>
      </w:r>
    </w:p>
    <w:p>
      <w:r>
        <w:t>Please let [named media contact, email and phone] know if you would like to attend, need access support, or prefer not to receive further messages about this event. RSVP by [date].</w:t>
      </w:r>
    </w:p>
    <w:p>
      <w:r>
        <w:t>Regards, [name, title, organisation]</w:t>
      </w:r>
    </w:p>
    <w:p>
      <w:r>
        <w:t>Approval check: Avoid untested performance claims; explain what a journalist can actually try.</w:t>
      </w:r>
    </w:p>
    <w:p>
      <w:r>
        <w:br w:type="page"/>
      </w:r>
    </w:p>
    <w:p>
      <w:pPr>
        <w:pStyle w:val="Heading1"/>
      </w:pPr>
      <w:r>
        <w:t>Government / official briefing</w:t>
      </w:r>
    </w:p>
    <w:p>
      <w:r>
        <w:t>To: [individual reporter or appropriate editorial desk]</w:t>
      </w:r>
    </w:p>
    <w:p>
      <w:r>
        <w:t>Subject: Official briefing on [approved programme] - [date]</w:t>
      </w:r>
    </w:p>
    <w:p>
      <w:r>
        <w:t>Hello [name],</w:t>
      </w:r>
    </w:p>
    <w:p>
      <w:r>
        <w:t>[Issuing authority] invites relevant desks to an official briefing on [approved announcement].</w:t>
      </w:r>
    </w:p>
    <w:p>
      <w:r>
        <w:t>When: [date, time, time zone and expected duration]. Where: [confirmed venue, full address, accessible entrance OR confirmed remote joining instructions].</w:t>
      </w:r>
    </w:p>
    <w:p>
      <w:r>
        <w:t>Speakers: [confirmed names and roles]. Why this fits your beat: [specific local or sector relevance].</w:t>
      </w:r>
    </w:p>
    <w:p>
      <w:r>
        <w:t>Authorising office: [name]. Accreditation process, entry documents and security instructions: [authority-approved details].</w:t>
      </w:r>
    </w:p>
    <w:p>
      <w:r>
        <w:t>Please let [named media contact, email and phone] know if you would like to attend, need access support, or prefer not to receive further messages about this event. RSVP by [date].</w:t>
      </w:r>
    </w:p>
    <w:p>
      <w:r>
        <w:t>Regards, [name, title, organisation]</w:t>
      </w:r>
    </w:p>
    <w:p>
      <w:r>
        <w:t>Approval check: Only the issuing authority can approve this invitation or grant access. This template is not a government endorsement.</w:t>
      </w:r>
    </w:p>
    <w:p>
      <w:r>
        <w:br w:type="page"/>
      </w:r>
    </w:p>
    <w:p>
      <w:pPr>
        <w:pStyle w:val="Heading1"/>
      </w:pPr>
      <w:r>
        <w:t>NGO / nonprofit event</w:t>
      </w:r>
    </w:p>
    <w:p>
      <w:r>
        <w:t>To: [individual reporter or appropriate editorial desk]</w:t>
      </w:r>
    </w:p>
    <w:p>
      <w:r>
        <w:t>Subject: [Organisation] presents [evidenced local finding] - media briefing [date]</w:t>
      </w:r>
    </w:p>
    <w:p>
      <w:r>
        <w:t>Hello [name],</w:t>
      </w:r>
    </w:p>
    <w:p>
      <w:r>
        <w:t>[Organisation] will explain [public-interest finding], the source of the evidence and the next steps for [affected audience].</w:t>
      </w:r>
    </w:p>
    <w:p>
      <w:r>
        <w:t>When: [date, time, time zone and expected duration]. Where: [confirmed venue, full address, accessible entrance OR confirmed remote joining instructions].</w:t>
      </w:r>
    </w:p>
    <w:p>
      <w:r>
        <w:t>Speakers: [confirmed names and roles]. Why this fits your beat: [specific local or sector relevance].</w:t>
      </w:r>
    </w:p>
    <w:p>
      <w:r>
        <w:t>Research or impact evidence: [link / methodology]. Consent for stories and images: [permission record].</w:t>
      </w:r>
    </w:p>
    <w:p>
      <w:r>
        <w:t>Please let [named media contact, email and phone] know if you would like to attend, need access support, or prefer not to receive further messages about this event. RSVP by [date].</w:t>
      </w:r>
    </w:p>
    <w:p>
      <w:r>
        <w:t>Regards, [name, title, organisation]</w:t>
      </w:r>
    </w:p>
    <w:p>
      <w:r>
        <w:t>Approval check: Protect beneficiaries and avoid identifying anyone without informed consent.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Blank template. Replace placeholders, check facts and approve before distribution. pressconference.co.in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PRS INTERNATIONAL  |  PRESS CONFERENCE WORKSHEETS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